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5598"/>
      </w:tblGrid>
      <w:tr w:rsidR="00794142" w:rsidRPr="003F6960" w14:paraId="57316C21" w14:textId="77777777" w:rsidTr="006E6F27">
        <w:trPr>
          <w:trHeight w:val="1260"/>
        </w:trPr>
        <w:tc>
          <w:tcPr>
            <w:tcW w:w="4320" w:type="dxa"/>
          </w:tcPr>
          <w:p w14:paraId="6B8E9724" w14:textId="77777777" w:rsidR="00647A2A" w:rsidRPr="003F6960" w:rsidRDefault="00000000" w:rsidP="006E6F27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3F6960">
              <w:rPr>
                <w:rFonts w:cs="Times New Roman"/>
                <w:szCs w:val="24"/>
              </w:rPr>
              <w:t>MINISTRY OF HOME AFFAIRS</w:t>
            </w:r>
            <w:r w:rsidRPr="003F6960">
              <w:rPr>
                <w:rFonts w:cs="Times New Roman"/>
                <w:szCs w:val="24"/>
              </w:rPr>
              <w:br/>
            </w:r>
            <w:r w:rsidRPr="003F6960">
              <w:rPr>
                <w:rFonts w:cs="Times New Roman"/>
                <w:b/>
                <w:bCs/>
                <w:szCs w:val="24"/>
              </w:rPr>
              <w:t>DEPARTMENT OF</w:t>
            </w:r>
          </w:p>
          <w:p w14:paraId="5888125D" w14:textId="73CA96EE" w:rsidR="00794142" w:rsidRPr="003F6960" w:rsidRDefault="006E6F27" w:rsidP="006E6F27">
            <w:pPr>
              <w:spacing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0D1422" wp14:editId="6776DB97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273304</wp:posOffset>
                      </wp:positionV>
                      <wp:extent cx="1414018" cy="6096"/>
                      <wp:effectExtent l="0" t="0" r="34290" b="32385"/>
                      <wp:wrapNone/>
                      <wp:docPr id="622480984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14018" cy="609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E71188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25pt,21.5pt" to="158.6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" strokecolor="black [3040]"/>
                  </w:pict>
                </mc:Fallback>
              </mc:AlternateContent>
            </w:r>
            <w:r w:rsidRPr="003F6960">
              <w:rPr>
                <w:rFonts w:cs="Times New Roman"/>
                <w:b/>
                <w:bCs/>
                <w:szCs w:val="24"/>
              </w:rPr>
              <w:t>OVERSEAS LABOR</w:t>
            </w:r>
          </w:p>
        </w:tc>
        <w:tc>
          <w:tcPr>
            <w:tcW w:w="5598" w:type="dxa"/>
          </w:tcPr>
          <w:p w14:paraId="77356A06" w14:textId="172A4EF0" w:rsidR="00794142" w:rsidRPr="003F6960" w:rsidRDefault="00000000" w:rsidP="006E6F27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3F6960">
              <w:rPr>
                <w:rFonts w:cs="Times New Roman"/>
                <w:b/>
                <w:bCs/>
                <w:szCs w:val="24"/>
              </w:rPr>
              <w:t>SOCIALIST REPUBLIC OF VIETNAM</w:t>
            </w:r>
            <w:r w:rsidRPr="003F6960">
              <w:rPr>
                <w:rFonts w:cs="Times New Roman"/>
                <w:b/>
                <w:bCs/>
                <w:szCs w:val="24"/>
              </w:rPr>
              <w:br/>
              <w:t>Independence – Freedom – Happiness</w:t>
            </w:r>
          </w:p>
        </w:tc>
      </w:tr>
      <w:tr w:rsidR="00FC6290" w:rsidRPr="003F6960" w14:paraId="1A3CD3C0" w14:textId="77777777" w:rsidTr="006E6F27">
        <w:tc>
          <w:tcPr>
            <w:tcW w:w="4320" w:type="dxa"/>
          </w:tcPr>
          <w:p w14:paraId="124809DB" w14:textId="6B0BC79F" w:rsidR="00FC6290" w:rsidRPr="006E6F27" w:rsidRDefault="00FC6290" w:rsidP="006E6F27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6E6F27">
              <w:rPr>
                <w:rFonts w:cs="Times New Roman"/>
                <w:sz w:val="22"/>
              </w:rPr>
              <w:t xml:space="preserve">No: </w:t>
            </w:r>
            <w:r w:rsidRPr="006E6F27">
              <w:rPr>
                <w:rFonts w:cs="Times New Roman"/>
                <w:b/>
                <w:bCs/>
                <w:sz w:val="22"/>
              </w:rPr>
              <w:t>37</w:t>
            </w:r>
            <w:r w:rsidR="0026234C">
              <w:rPr>
                <w:rFonts w:cs="Times New Roman"/>
                <w:b/>
                <w:bCs/>
                <w:sz w:val="22"/>
              </w:rPr>
              <w:t>2</w:t>
            </w:r>
            <w:r w:rsidRPr="006E6F27">
              <w:rPr>
                <w:rFonts w:cs="Times New Roman"/>
                <w:sz w:val="22"/>
              </w:rPr>
              <w:t>/CQLLDNN-TTCACMTQ</w:t>
            </w:r>
          </w:p>
          <w:p w14:paraId="6C373C0B" w14:textId="511101E4" w:rsidR="00FC6290" w:rsidRPr="003F6960" w:rsidRDefault="00FC6290" w:rsidP="006E6F27">
            <w:pPr>
              <w:spacing w:after="0"/>
              <w:jc w:val="center"/>
              <w:rPr>
                <w:rFonts w:cs="Times New Roman"/>
                <w:szCs w:val="24"/>
              </w:rPr>
            </w:pPr>
            <w:r w:rsidRPr="006E6F27">
              <w:rPr>
                <w:rFonts w:cs="Times New Roman"/>
                <w:sz w:val="22"/>
              </w:rPr>
              <w:t xml:space="preserve">Re: </w:t>
            </w:r>
            <w:r w:rsidR="0026234C">
              <w:rPr>
                <w:rFonts w:cs="Times New Roman"/>
                <w:sz w:val="22"/>
              </w:rPr>
              <w:t>s</w:t>
            </w:r>
            <w:r w:rsidR="004A3D80" w:rsidRPr="006E6F27">
              <w:rPr>
                <w:rFonts w:cs="Times New Roman"/>
                <w:sz w:val="22"/>
              </w:rPr>
              <w:t>end workers to work in Greece</w:t>
            </w:r>
            <w:r w:rsidRPr="003F6960">
              <w:rPr>
                <w:rFonts w:cs="Times New Roman"/>
                <w:szCs w:val="24"/>
              </w:rPr>
              <w:t>.</w:t>
            </w:r>
          </w:p>
        </w:tc>
        <w:tc>
          <w:tcPr>
            <w:tcW w:w="5598" w:type="dxa"/>
          </w:tcPr>
          <w:p w14:paraId="4D1EA76B" w14:textId="4D231A97" w:rsidR="00FC6290" w:rsidRPr="003F6960" w:rsidRDefault="00E11B0F" w:rsidP="006E6F27">
            <w:pPr>
              <w:spacing w:after="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29C1B4A" wp14:editId="38491542">
                      <wp:simplePos x="0" y="0"/>
                      <wp:positionH relativeFrom="column">
                        <wp:posOffset>2052658</wp:posOffset>
                      </wp:positionH>
                      <wp:positionV relativeFrom="paragraph">
                        <wp:posOffset>-278386</wp:posOffset>
                      </wp:positionV>
                      <wp:extent cx="1347526" cy="322594"/>
                      <wp:effectExtent l="0" t="0" r="24130" b="20320"/>
                      <wp:wrapNone/>
                      <wp:docPr id="30871997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47526" cy="32259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rgbClr val="EE0000"/>
                                </a:solidFill>
                              </a:ln>
                            </wps:spPr>
                            <wps:txbx>
                              <w:txbxContent>
                                <w:p w14:paraId="71DD25DC" w14:textId="69E46C9F" w:rsidR="00E11B0F" w:rsidRPr="00E11B0F" w:rsidRDefault="00E11B0F" w:rsidP="00E11B0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EE0000"/>
                                    </w:rPr>
                                  </w:pPr>
                                  <w:r w:rsidRPr="00E11B0F">
                                    <w:rPr>
                                      <w:b/>
                                      <w:bCs/>
                                      <w:color w:val="EE0000"/>
                                    </w:rPr>
                                    <w:t>TRANSLATION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9C1B4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61.65pt;margin-top:-21.9pt;width:106.1pt;height:25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" fillcolor="white [3201]" strokecolor="#e00" strokeweight="1.5pt">
                      <v:textbox>
                        <w:txbxContent>
                          <w:p w14:paraId="71DD25DC" w14:textId="69E46C9F" w:rsidR="00E11B0F" w:rsidRPr="00E11B0F" w:rsidRDefault="00E11B0F" w:rsidP="00E11B0F">
                            <w:pPr>
                              <w:jc w:val="center"/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 w:rsidRPr="00E11B0F">
                              <w:rPr>
                                <w:b/>
                                <w:bCs/>
                                <w:color w:val="EE0000"/>
                              </w:rPr>
                              <w:t>TRANSLATION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E075461" w14:textId="4F2A3AB3" w:rsidR="00FC6290" w:rsidRPr="006E6F27" w:rsidRDefault="006E6F27" w:rsidP="006E6F27">
            <w:pPr>
              <w:spacing w:after="0"/>
              <w:jc w:val="center"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 xml:space="preserve">                                  </w:t>
            </w:r>
            <w:r w:rsidR="00FC6290" w:rsidRPr="006E6F27">
              <w:rPr>
                <w:rFonts w:cs="Times New Roman"/>
                <w:i/>
                <w:iCs/>
                <w:szCs w:val="24"/>
              </w:rPr>
              <w:t>Hanoi, April</w:t>
            </w:r>
            <w:r w:rsidR="003F6960" w:rsidRPr="006E6F27">
              <w:rPr>
                <w:rFonts w:cs="Times New Roman"/>
                <w:i/>
                <w:iCs/>
                <w:szCs w:val="24"/>
              </w:rPr>
              <w:t xml:space="preserve"> 29</w:t>
            </w:r>
            <w:r w:rsidR="003F6960" w:rsidRPr="006E6F27">
              <w:rPr>
                <w:rFonts w:cs="Times New Roman"/>
                <w:i/>
                <w:iCs/>
                <w:szCs w:val="24"/>
                <w:vertAlign w:val="superscript"/>
              </w:rPr>
              <w:t>th</w:t>
            </w:r>
            <w:r w:rsidR="00FC6290" w:rsidRPr="006E6F27">
              <w:rPr>
                <w:rFonts w:cs="Times New Roman"/>
                <w:i/>
                <w:iCs/>
                <w:szCs w:val="24"/>
              </w:rPr>
              <w:t>, 2025</w:t>
            </w:r>
            <w:r>
              <w:rPr>
                <w:rFonts w:cs="Times New Roman"/>
                <w:i/>
                <w:iCs/>
                <w:szCs w:val="24"/>
              </w:rPr>
              <w:t xml:space="preserve">   </w:t>
            </w:r>
          </w:p>
        </w:tc>
      </w:tr>
    </w:tbl>
    <w:p w14:paraId="0C14C0B1" w14:textId="373EA19C" w:rsidR="003F6960" w:rsidRDefault="00000000" w:rsidP="006E6F27">
      <w:pPr>
        <w:spacing w:after="0" w:line="360" w:lineRule="auto"/>
        <w:jc w:val="center"/>
        <w:rPr>
          <w:rFonts w:cs="Times New Roman"/>
          <w:szCs w:val="24"/>
        </w:rPr>
      </w:pPr>
      <w:r w:rsidRPr="003F6960">
        <w:rPr>
          <w:rFonts w:cs="Times New Roman"/>
          <w:szCs w:val="24"/>
        </w:rPr>
        <w:br/>
      </w:r>
      <w:r w:rsidR="00E11B0F">
        <w:rPr>
          <w:rFonts w:cs="Times New Roman"/>
          <w:szCs w:val="24"/>
        </w:rPr>
        <w:t>To</w:t>
      </w:r>
      <w:r w:rsidRPr="003F6960">
        <w:rPr>
          <w:rFonts w:cs="Times New Roman"/>
          <w:szCs w:val="24"/>
        </w:rPr>
        <w:t xml:space="preserve">: </w:t>
      </w:r>
      <w:r w:rsidR="00D105EF" w:rsidRPr="003F6960">
        <w:rPr>
          <w:rFonts w:cs="Times New Roman"/>
          <w:szCs w:val="24"/>
        </w:rPr>
        <w:t>International Manpower and Construction Joint Stock Company</w:t>
      </w:r>
    </w:p>
    <w:p w14:paraId="6CA0555B" w14:textId="12E8E7E4" w:rsidR="00794142" w:rsidRPr="003F6960" w:rsidRDefault="00D105EF" w:rsidP="006E6F27">
      <w:pPr>
        <w:spacing w:after="0" w:line="360" w:lineRule="auto"/>
        <w:jc w:val="center"/>
        <w:rPr>
          <w:rFonts w:cs="Times New Roman"/>
          <w:szCs w:val="24"/>
        </w:rPr>
      </w:pPr>
      <w:r w:rsidRPr="003F6960">
        <w:rPr>
          <w:rFonts w:cs="Times New Roman"/>
          <w:szCs w:val="24"/>
        </w:rPr>
        <w:t>(NIBELC)</w:t>
      </w:r>
    </w:p>
    <w:p w14:paraId="464582F8" w14:textId="6AE4FCA3" w:rsidR="003F6960" w:rsidRDefault="00647A2A" w:rsidP="006E6F27">
      <w:pPr>
        <w:spacing w:after="0" w:line="360" w:lineRule="auto"/>
        <w:ind w:firstLine="720"/>
        <w:jc w:val="both"/>
      </w:pPr>
      <w:r w:rsidRPr="003F6960">
        <w:rPr>
          <w:rFonts w:cs="Times New Roman"/>
          <w:szCs w:val="24"/>
        </w:rPr>
        <w:t xml:space="preserve">The </w:t>
      </w:r>
      <w:r w:rsidRPr="003F6960">
        <w:t xml:space="preserve">Department of Overseas Labor received the Contract Registration </w:t>
      </w:r>
      <w:r w:rsidR="00DD7844" w:rsidRPr="003F6960">
        <w:t xml:space="preserve">dossier </w:t>
      </w:r>
      <w:r w:rsidRPr="003F6960">
        <w:t>No.</w:t>
      </w:r>
      <w:r w:rsidR="00DD7844" w:rsidRPr="003F6960">
        <w:t xml:space="preserve"> </w:t>
      </w:r>
      <w:r w:rsidRPr="003F6960">
        <w:t>01</w:t>
      </w:r>
      <w:r w:rsidR="0026234C">
        <w:t>2</w:t>
      </w:r>
      <w:r w:rsidRPr="003F6960">
        <w:t>/HYLAP/NIBELC (</w:t>
      </w:r>
      <w:r w:rsidR="00DD7844" w:rsidRPr="003F6960">
        <w:t xml:space="preserve">Dossier </w:t>
      </w:r>
      <w:r w:rsidRPr="003F6960">
        <w:t xml:space="preserve">Code: </w:t>
      </w:r>
      <w:r w:rsidR="0026234C">
        <w:t>809938</w:t>
      </w:r>
      <w:r w:rsidRPr="003F6960">
        <w:t>) and additional documents dated April 26</w:t>
      </w:r>
      <w:r w:rsidR="0026234C" w:rsidRPr="0026234C">
        <w:rPr>
          <w:vertAlign w:val="superscript"/>
        </w:rPr>
        <w:t>th</w:t>
      </w:r>
      <w:r w:rsidRPr="003F6960">
        <w:t>, 2025 of the Company requesting to send 50</w:t>
      </w:r>
      <w:r w:rsidR="00DD7844" w:rsidRPr="003F6960">
        <w:t xml:space="preserve"> </w:t>
      </w:r>
      <w:r w:rsidR="0026234C">
        <w:t>agricultural</w:t>
      </w:r>
      <w:r w:rsidRPr="003F6960">
        <w:t xml:space="preserve"> workers (</w:t>
      </w:r>
      <w:r w:rsidR="0026234C">
        <w:t>50</w:t>
      </w:r>
      <w:r w:rsidRPr="003F6960">
        <w:t xml:space="preserve"> female)</w:t>
      </w:r>
      <w:r w:rsidR="00DD7844" w:rsidRPr="003F6960">
        <w:t xml:space="preserve"> </w:t>
      </w:r>
      <w:r w:rsidRPr="003F6960">
        <w:t xml:space="preserve">to work for the employer </w:t>
      </w:r>
      <w:r w:rsidR="0026234C">
        <w:t>DEAS S.A</w:t>
      </w:r>
      <w:r w:rsidRPr="003F6960">
        <w:t xml:space="preserve"> (address: </w:t>
      </w:r>
      <w:r w:rsidR="0026234C">
        <w:t>Kalives Halkidikis P.C 63100, Greece</w:t>
      </w:r>
      <w:r w:rsidRPr="003F6960">
        <w:t xml:space="preserve">) according to the </w:t>
      </w:r>
      <w:r w:rsidR="00E2093C" w:rsidRPr="003F6960">
        <w:t xml:space="preserve">Labor supply contract </w:t>
      </w:r>
      <w:r w:rsidRPr="003F6960">
        <w:t>signed with the above employer. The Department of Overseas Labor has the</w:t>
      </w:r>
      <w:r w:rsidR="003F6960" w:rsidRPr="003F6960">
        <w:t xml:space="preserve"> </w:t>
      </w:r>
      <w:r w:rsidRPr="003F6960">
        <w:t>following</w:t>
      </w:r>
      <w:r w:rsidR="003F6960" w:rsidRPr="003F6960">
        <w:t xml:space="preserve"> </w:t>
      </w:r>
      <w:r w:rsidRPr="003F6960">
        <w:t>comments:</w:t>
      </w:r>
      <w:r w:rsidR="003F6960" w:rsidRPr="003F6960">
        <w:t xml:space="preserve"> </w:t>
      </w:r>
    </w:p>
    <w:p w14:paraId="18AE476C" w14:textId="56103DED" w:rsidR="0093396E" w:rsidRPr="003F6960" w:rsidRDefault="0093396E" w:rsidP="006E6F27">
      <w:pPr>
        <w:pStyle w:val="ListParagraph"/>
        <w:numPr>
          <w:ilvl w:val="0"/>
          <w:numId w:val="11"/>
        </w:numPr>
        <w:spacing w:after="0" w:line="360" w:lineRule="auto"/>
        <w:ind w:left="0" w:firstLine="360"/>
        <w:jc w:val="both"/>
      </w:pPr>
      <w:r w:rsidRPr="003F6960">
        <w:t xml:space="preserve">Agree to let NIBELC Company execute the Labor </w:t>
      </w:r>
      <w:r w:rsidR="00E2093C" w:rsidRPr="003F6960">
        <w:t>s</w:t>
      </w:r>
      <w:r w:rsidRPr="003F6960">
        <w:t xml:space="preserve">upply </w:t>
      </w:r>
      <w:r w:rsidR="00E2093C" w:rsidRPr="003F6960">
        <w:t>c</w:t>
      </w:r>
      <w:r w:rsidRPr="003F6960">
        <w:t xml:space="preserve">ontract signed with the employer according to the above contract registration </w:t>
      </w:r>
      <w:r w:rsidR="00E2093C" w:rsidRPr="003F6960">
        <w:t>dossier</w:t>
      </w:r>
      <w:r w:rsidRPr="003F6960">
        <w:t>.</w:t>
      </w:r>
    </w:p>
    <w:p w14:paraId="41BDD8F0" w14:textId="33F8B820" w:rsidR="0093396E" w:rsidRPr="003F6960" w:rsidRDefault="0093396E" w:rsidP="006E6F27">
      <w:pPr>
        <w:pStyle w:val="ListParagraph"/>
        <w:numPr>
          <w:ilvl w:val="0"/>
          <w:numId w:val="11"/>
        </w:numPr>
        <w:spacing w:after="0" w:line="360" w:lineRule="auto"/>
        <w:jc w:val="both"/>
      </w:pPr>
      <w:r w:rsidRPr="003F6960">
        <w:t>The Department of Overseas Labor requires the Company to:</w:t>
      </w:r>
    </w:p>
    <w:p w14:paraId="27F1F341" w14:textId="52D31B84" w:rsidR="0093396E" w:rsidRPr="003F6960" w:rsidRDefault="0093396E" w:rsidP="006E6F27">
      <w:pPr>
        <w:pStyle w:val="ListParagraph"/>
        <w:numPr>
          <w:ilvl w:val="0"/>
          <w:numId w:val="12"/>
        </w:numPr>
        <w:tabs>
          <w:tab w:val="left" w:pos="540"/>
        </w:tabs>
        <w:spacing w:after="0" w:line="360" w:lineRule="auto"/>
        <w:ind w:left="0" w:firstLine="360"/>
        <w:jc w:val="both"/>
      </w:pPr>
      <w:r w:rsidRPr="003F6960">
        <w:t xml:space="preserve">Correctly implement the contents of the registered and approved </w:t>
      </w:r>
      <w:r w:rsidR="00E2093C" w:rsidRPr="003F6960">
        <w:t>L</w:t>
      </w:r>
      <w:r w:rsidRPr="003F6960">
        <w:t xml:space="preserve">abor supply contract; fully perform the enterprise's obligations towards </w:t>
      </w:r>
      <w:r w:rsidR="00E2093C" w:rsidRPr="003F6960">
        <w:t>workers</w:t>
      </w:r>
      <w:r w:rsidRPr="003F6960">
        <w:t xml:space="preserve"> according to the provisions of the Law on Vietnamese </w:t>
      </w:r>
      <w:r w:rsidR="00AE4D16" w:rsidRPr="003F6960">
        <w:t>Workers</w:t>
      </w:r>
      <w:r w:rsidRPr="003F6960">
        <w:t xml:space="preserve"> </w:t>
      </w:r>
      <w:r w:rsidR="00AE4D16" w:rsidRPr="003F6960">
        <w:t>w</w:t>
      </w:r>
      <w:r w:rsidRPr="003F6960">
        <w:t xml:space="preserve">orking </w:t>
      </w:r>
      <w:r w:rsidR="00AE4D16" w:rsidRPr="003F6960">
        <w:t>a</w:t>
      </w:r>
      <w:r w:rsidRPr="003F6960">
        <w:t xml:space="preserve">broad under </w:t>
      </w:r>
      <w:r w:rsidR="00AE4D16" w:rsidRPr="003F6960">
        <w:t>c</w:t>
      </w:r>
      <w:r w:rsidRPr="003F6960">
        <w:t xml:space="preserve">ontract and </w:t>
      </w:r>
      <w:r w:rsidR="00235EDB" w:rsidRPr="003F6960">
        <w:t>l</w:t>
      </w:r>
      <w:r w:rsidR="00492268" w:rsidRPr="003F6960">
        <w:t xml:space="preserve">aw guiding </w:t>
      </w:r>
      <w:r w:rsidRPr="003F6960">
        <w:t>documents.</w:t>
      </w:r>
    </w:p>
    <w:p w14:paraId="68EA1FA9" w14:textId="4F231896" w:rsidR="006E6F27" w:rsidRPr="006E6F27" w:rsidRDefault="0093396E" w:rsidP="006E6F27">
      <w:pPr>
        <w:pStyle w:val="ListParagraph"/>
        <w:numPr>
          <w:ilvl w:val="0"/>
          <w:numId w:val="12"/>
        </w:numPr>
        <w:tabs>
          <w:tab w:val="left" w:pos="540"/>
        </w:tabs>
        <w:spacing w:after="0" w:line="360" w:lineRule="auto"/>
        <w:ind w:left="0" w:firstLine="360"/>
        <w:jc w:val="both"/>
      </w:pPr>
      <w:r w:rsidRPr="003F6960">
        <w:t>Coordinate with employers to manage, support and protect the</w:t>
      </w:r>
      <w:r w:rsidR="00492268" w:rsidRPr="003F6960">
        <w:t xml:space="preserve"> lawful rights and interests </w:t>
      </w:r>
      <w:r w:rsidRPr="003F6960">
        <w:t xml:space="preserve">of </w:t>
      </w:r>
      <w:r w:rsidR="00235EDB" w:rsidRPr="003F6960">
        <w:t xml:space="preserve">the </w:t>
      </w:r>
      <w:r w:rsidR="00492268" w:rsidRPr="003F6960">
        <w:t>workers</w:t>
      </w:r>
      <w:r w:rsidRPr="003F6960">
        <w:t xml:space="preserve">; promptly detect and handle issues arising related to </w:t>
      </w:r>
      <w:r w:rsidR="00235EDB" w:rsidRPr="003F6960">
        <w:t>workers</w:t>
      </w:r>
      <w:r w:rsidRPr="003F6960">
        <w:t xml:space="preserve"> during their working time in Greece, and report to the Department of Overseas Labor and the Vietnamese Embassy in Greece.</w:t>
      </w:r>
    </w:p>
    <w:p w14:paraId="5DF7786C" w14:textId="52D8F98B" w:rsidR="00794142" w:rsidRPr="006E6F27" w:rsidRDefault="00000000" w:rsidP="006E6F27">
      <w:pPr>
        <w:spacing w:after="0" w:line="360" w:lineRule="auto"/>
        <w:ind w:firstLine="360"/>
        <w:jc w:val="both"/>
      </w:pPr>
      <w:r w:rsidRPr="006E6F27">
        <w:rPr>
          <w:rFonts w:cs="Times New Roman"/>
          <w:szCs w:val="24"/>
        </w:rPr>
        <w:t xml:space="preserve">The Department of Overseas Labor informs </w:t>
      </w:r>
      <w:r w:rsidR="000F3E5C" w:rsidRPr="006E6F27">
        <w:rPr>
          <w:rFonts w:cs="Times New Roman"/>
          <w:szCs w:val="24"/>
        </w:rPr>
        <w:t>the</w:t>
      </w:r>
      <w:r w:rsidRPr="006E6F27">
        <w:rPr>
          <w:rFonts w:cs="Times New Roman"/>
          <w:szCs w:val="24"/>
        </w:rPr>
        <w:t xml:space="preserve"> </w:t>
      </w:r>
      <w:r w:rsidR="000F3E5C" w:rsidRPr="006E6F27">
        <w:rPr>
          <w:rFonts w:cs="Times New Roman"/>
          <w:szCs w:val="24"/>
        </w:rPr>
        <w:t>C</w:t>
      </w:r>
      <w:r w:rsidRPr="006E6F27">
        <w:rPr>
          <w:rFonts w:cs="Times New Roman"/>
          <w:szCs w:val="24"/>
        </w:rPr>
        <w:t xml:space="preserve">ompany </w:t>
      </w:r>
      <w:r w:rsidR="003F6960" w:rsidRPr="006E6F27">
        <w:rPr>
          <w:rFonts w:cs="Times New Roman"/>
          <w:szCs w:val="24"/>
        </w:rPr>
        <w:t>to acknowledge and</w:t>
      </w:r>
      <w:r w:rsidRPr="006E6F27">
        <w:rPr>
          <w:rFonts w:cs="Times New Roman"/>
          <w:szCs w:val="24"/>
        </w:rPr>
        <w:t xml:space="preserve"> implement</w:t>
      </w:r>
      <w:r w:rsidR="003F6960" w:rsidRPr="006E6F27">
        <w:rPr>
          <w:rFonts w:cs="Times New Roman"/>
          <w:szCs w:val="24"/>
        </w:rPr>
        <w:t>./.</w:t>
      </w:r>
    </w:p>
    <w:p w14:paraId="5B29707C" w14:textId="77777777" w:rsidR="00FC6290" w:rsidRPr="003F6960" w:rsidRDefault="00FC6290" w:rsidP="003F6960">
      <w:pPr>
        <w:spacing w:after="0" w:line="36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FC6290" w:rsidRPr="003F6960" w14:paraId="67BAE26C" w14:textId="77777777" w:rsidTr="006E6F27">
        <w:tc>
          <w:tcPr>
            <w:tcW w:w="4981" w:type="dxa"/>
          </w:tcPr>
          <w:p w14:paraId="244F8900" w14:textId="77777777" w:rsidR="00FC6290" w:rsidRPr="006E6F27" w:rsidRDefault="00FC6290" w:rsidP="003F6960">
            <w:pPr>
              <w:spacing w:line="360" w:lineRule="auto"/>
              <w:rPr>
                <w:rFonts w:cs="Times New Roman"/>
                <w:b/>
                <w:bCs/>
                <w:i/>
                <w:iCs/>
                <w:sz w:val="22"/>
              </w:rPr>
            </w:pPr>
            <w:r w:rsidRPr="006E6F27">
              <w:rPr>
                <w:rFonts w:cs="Times New Roman"/>
                <w:b/>
                <w:bCs/>
                <w:i/>
                <w:iCs/>
                <w:sz w:val="22"/>
              </w:rPr>
              <w:t>Recipients:</w:t>
            </w:r>
          </w:p>
          <w:p w14:paraId="0C71C25D" w14:textId="68F17E68" w:rsidR="00FC6290" w:rsidRPr="003F6960" w:rsidRDefault="00FC6290" w:rsidP="003F6960">
            <w:pPr>
              <w:spacing w:line="360" w:lineRule="auto"/>
              <w:rPr>
                <w:rFonts w:cs="Times New Roman"/>
                <w:szCs w:val="24"/>
              </w:rPr>
            </w:pPr>
            <w:r w:rsidRPr="006E6F27">
              <w:rPr>
                <w:rFonts w:cs="Times New Roman"/>
                <w:sz w:val="22"/>
              </w:rPr>
              <w:t>- As above;</w:t>
            </w:r>
            <w:r w:rsidRPr="006E6F27">
              <w:rPr>
                <w:rFonts w:cs="Times New Roman"/>
                <w:sz w:val="22"/>
              </w:rPr>
              <w:br/>
              <w:t xml:space="preserve">- </w:t>
            </w:r>
            <w:r w:rsidR="00D105EF" w:rsidRPr="006E6F27">
              <w:rPr>
                <w:rFonts w:cs="Times New Roman"/>
                <w:sz w:val="22"/>
              </w:rPr>
              <w:t>Director general</w:t>
            </w:r>
            <w:r w:rsidRPr="006E6F27">
              <w:rPr>
                <w:rFonts w:cs="Times New Roman"/>
                <w:sz w:val="22"/>
              </w:rPr>
              <w:t xml:space="preserve"> (for reporting);</w:t>
            </w:r>
            <w:r w:rsidRPr="006E6F27">
              <w:rPr>
                <w:rFonts w:cs="Times New Roman"/>
                <w:sz w:val="22"/>
              </w:rPr>
              <w:br/>
              <w:t>- Archives: VT, TTCACMTQ</w:t>
            </w:r>
            <w:r w:rsidR="000F3E5C" w:rsidRPr="006E6F27">
              <w:rPr>
                <w:rFonts w:cs="Times New Roman"/>
                <w:sz w:val="22"/>
              </w:rPr>
              <w:t>.</w:t>
            </w:r>
          </w:p>
        </w:tc>
        <w:tc>
          <w:tcPr>
            <w:tcW w:w="4981" w:type="dxa"/>
          </w:tcPr>
          <w:p w14:paraId="47D5D285" w14:textId="06411D55" w:rsidR="00FC6290" w:rsidRPr="006E6F27" w:rsidRDefault="00FC6290" w:rsidP="006E6F27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6E6F27">
              <w:rPr>
                <w:rFonts w:cs="Times New Roman"/>
                <w:b/>
                <w:bCs/>
                <w:szCs w:val="24"/>
              </w:rPr>
              <w:t>PP. DIRECTOR</w:t>
            </w:r>
            <w:r w:rsidR="00D105EF" w:rsidRPr="006E6F27">
              <w:rPr>
                <w:rFonts w:cs="Times New Roman"/>
                <w:b/>
                <w:bCs/>
                <w:szCs w:val="24"/>
              </w:rPr>
              <w:t xml:space="preserve"> GENERAL</w:t>
            </w:r>
          </w:p>
          <w:p w14:paraId="70FA1779" w14:textId="61B3456A" w:rsidR="00FC6290" w:rsidRPr="006E6F27" w:rsidRDefault="00FC6290" w:rsidP="006E6F27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6E6F27">
              <w:rPr>
                <w:rFonts w:cs="Times New Roman"/>
                <w:b/>
                <w:bCs/>
                <w:szCs w:val="24"/>
              </w:rPr>
              <w:t>DEPUTY DIRECTOR</w:t>
            </w:r>
            <w:r w:rsidR="00647A2A" w:rsidRPr="006E6F27">
              <w:rPr>
                <w:rFonts w:cs="Times New Roman"/>
                <w:b/>
                <w:bCs/>
                <w:szCs w:val="24"/>
              </w:rPr>
              <w:t xml:space="preserve"> GENERAL</w:t>
            </w:r>
          </w:p>
          <w:p w14:paraId="45637105" w14:textId="77777777" w:rsidR="00FC6290" w:rsidRPr="003F6960" w:rsidRDefault="00FC6290" w:rsidP="006E6F2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F6960">
              <w:rPr>
                <w:rFonts w:cs="Times New Roman"/>
                <w:szCs w:val="24"/>
              </w:rPr>
              <w:t>(signed and sealed)</w:t>
            </w:r>
          </w:p>
          <w:p w14:paraId="7285EE2F" w14:textId="77777777" w:rsidR="003F6960" w:rsidRPr="003F6960" w:rsidRDefault="003F6960" w:rsidP="006E6F2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  <w:p w14:paraId="47022802" w14:textId="77777777" w:rsidR="003F6960" w:rsidRPr="003F6960" w:rsidRDefault="003F6960" w:rsidP="006E6F2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  <w:p w14:paraId="12C9A239" w14:textId="77777777" w:rsidR="003F6960" w:rsidRPr="003F6960" w:rsidRDefault="003F6960" w:rsidP="006E6F2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  <w:p w14:paraId="033A1EC3" w14:textId="5C61139C" w:rsidR="00FC6290" w:rsidRPr="006E6F27" w:rsidRDefault="000F3E5C" w:rsidP="006E6F27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6E6F27">
              <w:rPr>
                <w:rFonts w:cs="Times New Roman"/>
                <w:b/>
                <w:bCs/>
                <w:szCs w:val="24"/>
              </w:rPr>
              <w:t>Pham Viet Huong</w:t>
            </w:r>
          </w:p>
        </w:tc>
      </w:tr>
    </w:tbl>
    <w:p w14:paraId="60DC0D4A" w14:textId="45230B3C" w:rsidR="00794142" w:rsidRDefault="00794142" w:rsidP="003F6960">
      <w:pPr>
        <w:spacing w:after="0" w:line="360" w:lineRule="auto"/>
        <w:rPr>
          <w:rFonts w:cs="Times New Roman"/>
          <w:szCs w:val="24"/>
        </w:rPr>
      </w:pPr>
    </w:p>
    <w:p w14:paraId="2DDD2FE0" w14:textId="77777777" w:rsidR="000F18B8" w:rsidRDefault="000F18B8" w:rsidP="003F6960">
      <w:pPr>
        <w:spacing w:after="0" w:line="360" w:lineRule="auto"/>
        <w:rPr>
          <w:rFonts w:cs="Times New Roman"/>
          <w:szCs w:val="24"/>
        </w:rPr>
      </w:pPr>
    </w:p>
    <w:p w14:paraId="39CFC817" w14:textId="77777777" w:rsidR="000F18B8" w:rsidRPr="003F6960" w:rsidRDefault="000F18B8" w:rsidP="003F6960">
      <w:pPr>
        <w:spacing w:after="0" w:line="360" w:lineRule="auto"/>
        <w:rPr>
          <w:rFonts w:cs="Times New Roman"/>
          <w:szCs w:val="24"/>
        </w:rPr>
      </w:pPr>
    </w:p>
    <w:sectPr w:rsidR="000F18B8" w:rsidRPr="003F6960" w:rsidSect="003F6960">
      <w:pgSz w:w="11906" w:h="16838" w:code="9"/>
      <w:pgMar w:top="1440" w:right="1080" w:bottom="432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EAF22EF"/>
    <w:multiLevelType w:val="hybridMultilevel"/>
    <w:tmpl w:val="13447C9A"/>
    <w:lvl w:ilvl="0" w:tplc="CF50EE86">
      <w:start w:val="2"/>
      <w:numFmt w:val="bullet"/>
      <w:lvlText w:val="-"/>
      <w:lvlJc w:val="left"/>
      <w:pPr>
        <w:ind w:left="99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0" w15:restartNumberingAfterBreak="0">
    <w:nsid w:val="318C0C39"/>
    <w:multiLevelType w:val="hybridMultilevel"/>
    <w:tmpl w:val="51827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4550F4"/>
    <w:multiLevelType w:val="hybridMultilevel"/>
    <w:tmpl w:val="418C1B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628495">
    <w:abstractNumId w:val="8"/>
  </w:num>
  <w:num w:numId="2" w16cid:durableId="1872721971">
    <w:abstractNumId w:val="6"/>
  </w:num>
  <w:num w:numId="3" w16cid:durableId="940726757">
    <w:abstractNumId w:val="5"/>
  </w:num>
  <w:num w:numId="4" w16cid:durableId="1821311825">
    <w:abstractNumId w:val="4"/>
  </w:num>
  <w:num w:numId="5" w16cid:durableId="1399593467">
    <w:abstractNumId w:val="7"/>
  </w:num>
  <w:num w:numId="6" w16cid:durableId="732969942">
    <w:abstractNumId w:val="3"/>
  </w:num>
  <w:num w:numId="7" w16cid:durableId="909388856">
    <w:abstractNumId w:val="2"/>
  </w:num>
  <w:num w:numId="8" w16cid:durableId="1862622725">
    <w:abstractNumId w:val="1"/>
  </w:num>
  <w:num w:numId="9" w16cid:durableId="1241909666">
    <w:abstractNumId w:val="0"/>
  </w:num>
  <w:num w:numId="10" w16cid:durableId="758868896">
    <w:abstractNumId w:val="10"/>
  </w:num>
  <w:num w:numId="11" w16cid:durableId="1067798599">
    <w:abstractNumId w:val="11"/>
  </w:num>
  <w:num w:numId="12" w16cid:durableId="6627799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18B8"/>
    <w:rsid w:val="000F3E5C"/>
    <w:rsid w:val="0015074B"/>
    <w:rsid w:val="00235EDB"/>
    <w:rsid w:val="0026234C"/>
    <w:rsid w:val="00291300"/>
    <w:rsid w:val="0029639D"/>
    <w:rsid w:val="002B0960"/>
    <w:rsid w:val="00326F90"/>
    <w:rsid w:val="003F6960"/>
    <w:rsid w:val="00492268"/>
    <w:rsid w:val="004A3D80"/>
    <w:rsid w:val="00623332"/>
    <w:rsid w:val="00647A2A"/>
    <w:rsid w:val="006E6F27"/>
    <w:rsid w:val="00702440"/>
    <w:rsid w:val="00720A26"/>
    <w:rsid w:val="00794142"/>
    <w:rsid w:val="008E6D0E"/>
    <w:rsid w:val="0093396E"/>
    <w:rsid w:val="00AA1D8D"/>
    <w:rsid w:val="00AE4D16"/>
    <w:rsid w:val="00B47730"/>
    <w:rsid w:val="00C73421"/>
    <w:rsid w:val="00CB0664"/>
    <w:rsid w:val="00D105EF"/>
    <w:rsid w:val="00DD7844"/>
    <w:rsid w:val="00E11B0F"/>
    <w:rsid w:val="00E2093C"/>
    <w:rsid w:val="00EB2C99"/>
    <w:rsid w:val="00FC6290"/>
    <w:rsid w:val="00FC693F"/>
    <w:rsid w:val="00FF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ACC090"/>
  <w14:defaultImageDpi w14:val="300"/>
  <w15:docId w15:val="{88DE3ED2-A79A-45C0-9C16-62170D96F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Trung tâm DVVL Hà Tĩnh</cp:lastModifiedBy>
  <cp:revision>6</cp:revision>
  <cp:lastPrinted>2025-07-10T02:28:00Z</cp:lastPrinted>
  <dcterms:created xsi:type="dcterms:W3CDTF">2013-12-23T23:15:00Z</dcterms:created>
  <dcterms:modified xsi:type="dcterms:W3CDTF">2025-07-10T02:48:00Z</dcterms:modified>
  <cp:category/>
</cp:coreProperties>
</file>