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8"/>
        <w:gridCol w:w="5328"/>
      </w:tblGrid>
      <w:tr w:rsidR="00423052" w:rsidRPr="00837579" w14:paraId="6DEC87BC" w14:textId="77777777" w:rsidTr="00837579">
        <w:trPr>
          <w:trHeight w:val="710"/>
        </w:trPr>
        <w:tc>
          <w:tcPr>
            <w:tcW w:w="3528" w:type="dxa"/>
          </w:tcPr>
          <w:p w14:paraId="76288B2F" w14:textId="6F995FDF" w:rsidR="00423052" w:rsidRPr="00837579" w:rsidRDefault="00423052" w:rsidP="00983F2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7579">
              <w:rPr>
                <w:rFonts w:ascii="Times New Roman" w:hAnsi="Times New Roman" w:cs="Times New Roman"/>
                <w:b/>
                <w:bCs/>
              </w:rPr>
              <w:t>PEOPLE’S COMMITTEE OF</w:t>
            </w:r>
          </w:p>
          <w:p w14:paraId="00C44811" w14:textId="290B87D0" w:rsidR="00423052" w:rsidRPr="00837579" w:rsidRDefault="00983F2F" w:rsidP="00983F2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E066795" wp14:editId="68DC9951">
                      <wp:simplePos x="0" y="0"/>
                      <wp:positionH relativeFrom="column">
                        <wp:posOffset>191628</wp:posOffset>
                      </wp:positionH>
                      <wp:positionV relativeFrom="paragraph">
                        <wp:posOffset>180207</wp:posOffset>
                      </wp:positionV>
                      <wp:extent cx="1690778" cy="3451"/>
                      <wp:effectExtent l="0" t="0" r="24130" b="34925"/>
                      <wp:wrapNone/>
                      <wp:docPr id="166768071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690778" cy="3451"/>
                              </a:xfrm>
                              <a:prstGeom prst="line">
                                <a:avLst/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2C7BF2" id="Straight Connector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.1pt,14.2pt" to="148.25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" strokecolor="black [3040]"/>
                  </w:pict>
                </mc:Fallback>
              </mc:AlternateContent>
            </w:r>
            <w:r w:rsidR="00423052" w:rsidRPr="00837579">
              <w:rPr>
                <w:rFonts w:ascii="Times New Roman" w:hAnsi="Times New Roman" w:cs="Times New Roman"/>
                <w:b/>
                <w:bCs/>
              </w:rPr>
              <w:t>NINH BINH PROVINCE</w:t>
            </w:r>
          </w:p>
        </w:tc>
        <w:tc>
          <w:tcPr>
            <w:tcW w:w="5328" w:type="dxa"/>
          </w:tcPr>
          <w:p w14:paraId="3944D1C0" w14:textId="77777777" w:rsidR="00423052" w:rsidRPr="00837579" w:rsidRDefault="00423052" w:rsidP="00983F2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7579">
              <w:rPr>
                <w:rFonts w:ascii="Times New Roman" w:hAnsi="Times New Roman" w:cs="Times New Roman"/>
                <w:b/>
                <w:bCs/>
              </w:rPr>
              <w:t>SOCIALIST REPUBLIC OF VIETNAM</w:t>
            </w:r>
          </w:p>
          <w:p w14:paraId="050D651C" w14:textId="1567F31E" w:rsidR="00423052" w:rsidRPr="00837579" w:rsidRDefault="00983F2F" w:rsidP="00983F2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FE683DD" wp14:editId="6D3E9513">
                      <wp:simplePos x="0" y="0"/>
                      <wp:positionH relativeFrom="column">
                        <wp:posOffset>390325</wp:posOffset>
                      </wp:positionH>
                      <wp:positionV relativeFrom="paragraph">
                        <wp:posOffset>194490</wp:posOffset>
                      </wp:positionV>
                      <wp:extent cx="2456597" cy="6824"/>
                      <wp:effectExtent l="0" t="0" r="20320" b="31750"/>
                      <wp:wrapNone/>
                      <wp:docPr id="666884664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56597" cy="6824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3468A4F" id="Straight Connector 2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.75pt,15.3pt" to="224.2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" strokecolor="black [3040]"/>
                  </w:pict>
                </mc:Fallback>
              </mc:AlternateContent>
            </w:r>
            <w:r w:rsidR="00423052" w:rsidRPr="00837579">
              <w:rPr>
                <w:rFonts w:ascii="Times New Roman" w:hAnsi="Times New Roman" w:cs="Times New Roman"/>
                <w:b/>
                <w:bCs/>
              </w:rPr>
              <w:t>Independence – Freedom – Happiness</w:t>
            </w:r>
          </w:p>
        </w:tc>
      </w:tr>
    </w:tbl>
    <w:p w14:paraId="657CCDDC" w14:textId="19642AB6" w:rsidR="00642900" w:rsidRPr="00837579" w:rsidRDefault="00983F2F" w:rsidP="00983F2F">
      <w:pPr>
        <w:spacing w:before="40" w:after="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980516" wp14:editId="55F0C74B">
                <wp:simplePos x="0" y="0"/>
                <wp:positionH relativeFrom="column">
                  <wp:posOffset>4681772</wp:posOffset>
                </wp:positionH>
                <wp:positionV relativeFrom="paragraph">
                  <wp:posOffset>191385</wp:posOffset>
                </wp:positionV>
                <wp:extent cx="1247775" cy="285750"/>
                <wp:effectExtent l="0" t="0" r="28575" b="19050"/>
                <wp:wrapNone/>
                <wp:docPr id="1036344897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285750"/>
                        </a:xfrm>
                        <a:prstGeom prst="rect">
                          <a:avLst/>
                        </a:prstGeom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41C2B8" w14:textId="49A17024" w:rsidR="00983F2F" w:rsidRPr="00E50839" w:rsidRDefault="00983F2F" w:rsidP="00983F2F">
                            <w:pPr>
                              <w:jc w:val="center"/>
                              <w:rPr>
                                <w:b/>
                                <w:bCs/>
                                <w:color w:val="EE0000"/>
                              </w:rPr>
                            </w:pPr>
                            <w:r w:rsidRPr="00E50839">
                              <w:rPr>
                                <w:b/>
                                <w:bCs/>
                                <w:color w:val="EE0000"/>
                              </w:rPr>
                              <w:t>TRANSLATION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98051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8.65pt;margin-top:15.05pt;width:98.25pt;height:22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" fillcolor="white [3201]" strokecolor="#e00" strokeweight="2pt">
                <v:textbox>
                  <w:txbxContent>
                    <w:p w14:paraId="6541C2B8" w14:textId="49A17024" w:rsidR="00983F2F" w:rsidRPr="00E50839" w:rsidRDefault="00983F2F" w:rsidP="00983F2F">
                      <w:pPr>
                        <w:jc w:val="center"/>
                        <w:rPr>
                          <w:b/>
                          <w:bCs/>
                          <w:color w:val="EE0000"/>
                        </w:rPr>
                      </w:pPr>
                      <w:r w:rsidRPr="00E50839">
                        <w:rPr>
                          <w:b/>
                          <w:bCs/>
                          <w:color w:val="EE0000"/>
                        </w:rPr>
                        <w:t>TRANSLATION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7FF254CC" w14:textId="5B8480F0" w:rsidR="00642900" w:rsidRPr="00837579" w:rsidRDefault="00000000" w:rsidP="00983F2F">
      <w:pPr>
        <w:spacing w:before="40" w:after="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37579">
        <w:rPr>
          <w:rFonts w:ascii="Times New Roman" w:hAnsi="Times New Roman" w:cs="Times New Roman"/>
          <w:b/>
          <w:bCs/>
          <w:sz w:val="32"/>
          <w:szCs w:val="32"/>
        </w:rPr>
        <w:t>LICENSE</w:t>
      </w:r>
    </w:p>
    <w:p w14:paraId="0EAC1B2F" w14:textId="34460733" w:rsidR="00642900" w:rsidRPr="00837579" w:rsidRDefault="00000000" w:rsidP="00983F2F">
      <w:pPr>
        <w:spacing w:before="40" w:after="4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37579">
        <w:rPr>
          <w:rFonts w:ascii="Times New Roman" w:hAnsi="Times New Roman" w:cs="Times New Roman"/>
          <w:b/>
          <w:bCs/>
          <w:sz w:val="32"/>
          <w:szCs w:val="32"/>
        </w:rPr>
        <w:t>FOR LABOR LEASING ACTIVITIES</w:t>
      </w:r>
    </w:p>
    <w:p w14:paraId="1CFC0495" w14:textId="167ECBFB" w:rsidR="00642900" w:rsidRPr="00837579" w:rsidRDefault="00000000" w:rsidP="00983F2F">
      <w:pPr>
        <w:spacing w:before="40" w:after="40"/>
        <w:jc w:val="center"/>
        <w:rPr>
          <w:rFonts w:ascii="Times New Roman" w:hAnsi="Times New Roman" w:cs="Times New Roman"/>
          <w:b/>
          <w:bCs/>
        </w:rPr>
      </w:pPr>
      <w:r w:rsidRPr="00837579">
        <w:rPr>
          <w:rFonts w:ascii="Times New Roman" w:hAnsi="Times New Roman" w:cs="Times New Roman"/>
          <w:b/>
          <w:bCs/>
        </w:rPr>
        <w:t>License No: 01/2024/SNB</w:t>
      </w:r>
    </w:p>
    <w:p w14:paraId="0B48887F" w14:textId="385F37C8" w:rsidR="00642900" w:rsidRPr="00837579" w:rsidRDefault="005853DF" w:rsidP="00983F2F">
      <w:pPr>
        <w:spacing w:after="0"/>
        <w:jc w:val="center"/>
        <w:rPr>
          <w:rFonts w:ascii="Times New Roman" w:hAnsi="Times New Roman" w:cs="Times New Roman"/>
          <w:i/>
          <w:iCs/>
        </w:rPr>
      </w:pPr>
      <w:r w:rsidRPr="00837579">
        <w:rPr>
          <w:rFonts w:ascii="Times New Roman" w:hAnsi="Times New Roman" w:cs="Times New Roman"/>
          <w:i/>
          <w:iCs/>
        </w:rPr>
        <w:t>First issu</w:t>
      </w:r>
      <w:r w:rsidR="00E50839">
        <w:rPr>
          <w:rFonts w:ascii="Times New Roman" w:hAnsi="Times New Roman" w:cs="Times New Roman"/>
          <w:i/>
          <w:iCs/>
        </w:rPr>
        <w:t>ance</w:t>
      </w:r>
      <w:r w:rsidRPr="00837579">
        <w:rPr>
          <w:rFonts w:ascii="Times New Roman" w:hAnsi="Times New Roman" w:cs="Times New Roman"/>
          <w:i/>
          <w:iCs/>
        </w:rPr>
        <w:t xml:space="preserve">: </w:t>
      </w:r>
      <w:r w:rsidR="00423052" w:rsidRPr="00837579">
        <w:rPr>
          <w:rFonts w:ascii="Times New Roman" w:hAnsi="Times New Roman" w:cs="Times New Roman"/>
          <w:i/>
          <w:iCs/>
        </w:rPr>
        <w:t>July</w:t>
      </w:r>
      <w:r w:rsidRPr="00837579">
        <w:rPr>
          <w:rFonts w:ascii="Times New Roman" w:hAnsi="Times New Roman" w:cs="Times New Roman"/>
          <w:i/>
          <w:iCs/>
        </w:rPr>
        <w:t xml:space="preserve"> 15</w:t>
      </w:r>
      <w:r w:rsidR="00423052" w:rsidRPr="00837579">
        <w:rPr>
          <w:rFonts w:ascii="Times New Roman" w:hAnsi="Times New Roman" w:cs="Times New Roman"/>
          <w:i/>
          <w:iCs/>
          <w:vertAlign w:val="superscript"/>
        </w:rPr>
        <w:t>th</w:t>
      </w:r>
      <w:r w:rsidRPr="00837579">
        <w:rPr>
          <w:rFonts w:ascii="Times New Roman" w:hAnsi="Times New Roman" w:cs="Times New Roman"/>
          <w:i/>
          <w:iCs/>
        </w:rPr>
        <w:t>, 2022</w:t>
      </w:r>
    </w:p>
    <w:p w14:paraId="78A924BC" w14:textId="7623B1E6" w:rsidR="00642900" w:rsidRPr="00837579" w:rsidRDefault="005853DF" w:rsidP="00983F2F">
      <w:pPr>
        <w:spacing w:after="0"/>
        <w:jc w:val="center"/>
        <w:rPr>
          <w:rFonts w:ascii="Times New Roman" w:hAnsi="Times New Roman" w:cs="Times New Roman"/>
          <w:i/>
          <w:iCs/>
        </w:rPr>
      </w:pPr>
      <w:r w:rsidRPr="00837579">
        <w:rPr>
          <w:rFonts w:ascii="Times New Roman" w:hAnsi="Times New Roman" w:cs="Times New Roman"/>
          <w:i/>
          <w:iCs/>
        </w:rPr>
        <w:t>First renew</w:t>
      </w:r>
      <w:r w:rsidR="00E50839">
        <w:rPr>
          <w:rFonts w:ascii="Times New Roman" w:hAnsi="Times New Roman" w:cs="Times New Roman"/>
          <w:i/>
          <w:iCs/>
        </w:rPr>
        <w:t>al</w:t>
      </w:r>
      <w:r w:rsidRPr="00837579">
        <w:rPr>
          <w:rFonts w:ascii="Times New Roman" w:hAnsi="Times New Roman" w:cs="Times New Roman"/>
          <w:i/>
          <w:iCs/>
        </w:rPr>
        <w:t xml:space="preserve">: </w:t>
      </w:r>
      <w:r w:rsidR="00423052" w:rsidRPr="00837579">
        <w:rPr>
          <w:rFonts w:ascii="Times New Roman" w:hAnsi="Times New Roman" w:cs="Times New Roman"/>
          <w:i/>
          <w:iCs/>
        </w:rPr>
        <w:t>March</w:t>
      </w:r>
      <w:r w:rsidRPr="00837579">
        <w:rPr>
          <w:rFonts w:ascii="Times New Roman" w:hAnsi="Times New Roman" w:cs="Times New Roman"/>
          <w:i/>
          <w:iCs/>
        </w:rPr>
        <w:t xml:space="preserve"> </w:t>
      </w:r>
      <w:r w:rsidR="00423052" w:rsidRPr="00837579">
        <w:rPr>
          <w:rFonts w:ascii="Times New Roman" w:hAnsi="Times New Roman" w:cs="Times New Roman"/>
          <w:i/>
          <w:iCs/>
        </w:rPr>
        <w:t>13</w:t>
      </w:r>
      <w:r w:rsidR="00423052" w:rsidRPr="00837579">
        <w:rPr>
          <w:rFonts w:ascii="Times New Roman" w:hAnsi="Times New Roman" w:cs="Times New Roman"/>
          <w:i/>
          <w:iCs/>
          <w:vertAlign w:val="superscript"/>
        </w:rPr>
        <w:t>th</w:t>
      </w:r>
      <w:r w:rsidRPr="00837579">
        <w:rPr>
          <w:rFonts w:ascii="Times New Roman" w:hAnsi="Times New Roman" w:cs="Times New Roman"/>
          <w:i/>
          <w:iCs/>
        </w:rPr>
        <w:t>, 2024</w:t>
      </w:r>
    </w:p>
    <w:p w14:paraId="0B2FA095" w14:textId="2517E393" w:rsidR="00642900" w:rsidRPr="00837579" w:rsidRDefault="00000000" w:rsidP="00983F2F">
      <w:pPr>
        <w:spacing w:after="0"/>
        <w:jc w:val="center"/>
        <w:rPr>
          <w:rFonts w:ascii="Times New Roman" w:hAnsi="Times New Roman" w:cs="Times New Roman"/>
          <w:i/>
          <w:iCs/>
        </w:rPr>
      </w:pPr>
      <w:r w:rsidRPr="00837579">
        <w:rPr>
          <w:rFonts w:ascii="Times New Roman" w:hAnsi="Times New Roman" w:cs="Times New Roman"/>
          <w:i/>
          <w:iCs/>
        </w:rPr>
        <w:t>(</w:t>
      </w:r>
      <w:r w:rsidR="005853DF" w:rsidRPr="00837579">
        <w:rPr>
          <w:rFonts w:ascii="Times New Roman" w:hAnsi="Times New Roman" w:cs="Times New Roman"/>
          <w:i/>
          <w:iCs/>
        </w:rPr>
        <w:t>Re-issued the license due to change of legal representative</w:t>
      </w:r>
      <w:r w:rsidRPr="00837579">
        <w:rPr>
          <w:rFonts w:ascii="Times New Roman" w:hAnsi="Times New Roman" w:cs="Times New Roman"/>
          <w:i/>
          <w:iCs/>
        </w:rPr>
        <w:t>)</w:t>
      </w:r>
    </w:p>
    <w:p w14:paraId="3EF6C871" w14:textId="77777777" w:rsidR="00B87DE4" w:rsidRPr="00837579" w:rsidRDefault="00B87DE4" w:rsidP="00983F2F">
      <w:pPr>
        <w:spacing w:before="40" w:after="40"/>
        <w:rPr>
          <w:rFonts w:ascii="Times New Roman" w:hAnsi="Times New Roman" w:cs="Times New Roman"/>
        </w:rPr>
      </w:pPr>
    </w:p>
    <w:p w14:paraId="3D302894" w14:textId="208239F9" w:rsidR="00642900" w:rsidRPr="00837579" w:rsidRDefault="00000000" w:rsidP="00983F2F">
      <w:pPr>
        <w:spacing w:before="40" w:after="40"/>
        <w:jc w:val="both"/>
        <w:rPr>
          <w:rFonts w:ascii="Times New Roman" w:hAnsi="Times New Roman" w:cs="Times New Roman"/>
          <w:b/>
          <w:bCs/>
        </w:rPr>
      </w:pPr>
      <w:r w:rsidRPr="00837579">
        <w:rPr>
          <w:rFonts w:ascii="Times New Roman" w:hAnsi="Times New Roman" w:cs="Times New Roman"/>
          <w:b/>
          <w:bCs/>
        </w:rPr>
        <w:t>1. Name of enterprise:</w:t>
      </w:r>
    </w:p>
    <w:p w14:paraId="7B91954C" w14:textId="6F5409B6" w:rsidR="00642900" w:rsidRPr="00837579" w:rsidRDefault="00000000" w:rsidP="00983F2F">
      <w:pPr>
        <w:spacing w:before="40" w:after="40"/>
        <w:jc w:val="both"/>
        <w:rPr>
          <w:rFonts w:ascii="Times New Roman" w:hAnsi="Times New Roman" w:cs="Times New Roman"/>
        </w:rPr>
      </w:pPr>
      <w:r w:rsidRPr="00837579">
        <w:rPr>
          <w:rFonts w:ascii="Times New Roman" w:hAnsi="Times New Roman" w:cs="Times New Roman"/>
        </w:rPr>
        <w:t>Vietnamese</w:t>
      </w:r>
      <w:r w:rsidR="00B87DE4" w:rsidRPr="00837579">
        <w:rPr>
          <w:rFonts w:ascii="Times New Roman" w:hAnsi="Times New Roman" w:cs="Times New Roman"/>
        </w:rPr>
        <w:t xml:space="preserve"> name</w:t>
      </w:r>
      <w:r w:rsidRPr="00837579">
        <w:rPr>
          <w:rFonts w:ascii="Times New Roman" w:hAnsi="Times New Roman" w:cs="Times New Roman"/>
        </w:rPr>
        <w:t xml:space="preserve">: </w:t>
      </w:r>
      <w:r w:rsidRPr="00837579">
        <w:rPr>
          <w:rFonts w:ascii="Times New Roman" w:hAnsi="Times New Roman" w:cs="Times New Roman"/>
          <w:b/>
          <w:bCs/>
        </w:rPr>
        <w:t>CÔNG TY CỔ PHẦN XÂY DỰNG VÀ CUNG ỨNG LAO ĐỘNG QUỐC TẾ.</w:t>
      </w:r>
    </w:p>
    <w:p w14:paraId="1B197527" w14:textId="77777777" w:rsidR="00642900" w:rsidRPr="00837579" w:rsidRDefault="00000000" w:rsidP="00983F2F">
      <w:pPr>
        <w:spacing w:before="40" w:after="40"/>
        <w:jc w:val="both"/>
        <w:rPr>
          <w:rFonts w:ascii="Times New Roman" w:hAnsi="Times New Roman" w:cs="Times New Roman"/>
          <w:b/>
          <w:bCs/>
        </w:rPr>
      </w:pPr>
      <w:r w:rsidRPr="00837579">
        <w:rPr>
          <w:rFonts w:ascii="Times New Roman" w:hAnsi="Times New Roman" w:cs="Times New Roman"/>
        </w:rPr>
        <w:t xml:space="preserve">English name: </w:t>
      </w:r>
      <w:r w:rsidRPr="00837579">
        <w:rPr>
          <w:rFonts w:ascii="Times New Roman" w:hAnsi="Times New Roman" w:cs="Times New Roman"/>
          <w:b/>
          <w:bCs/>
        </w:rPr>
        <w:t>INTERNATIONAL MANPOWER AND CONSTRUCTION JOINT STOCK COMPANY.</w:t>
      </w:r>
    </w:p>
    <w:p w14:paraId="13A4B0C8" w14:textId="4075F811" w:rsidR="00642900" w:rsidRPr="00837579" w:rsidRDefault="00B87DE4" w:rsidP="00983F2F">
      <w:pPr>
        <w:spacing w:before="40" w:after="40"/>
        <w:jc w:val="both"/>
        <w:rPr>
          <w:rFonts w:ascii="Times New Roman" w:hAnsi="Times New Roman" w:cs="Times New Roman"/>
        </w:rPr>
      </w:pPr>
      <w:r w:rsidRPr="00837579">
        <w:rPr>
          <w:rFonts w:ascii="Times New Roman" w:hAnsi="Times New Roman" w:cs="Times New Roman"/>
          <w:b/>
          <w:bCs/>
        </w:rPr>
        <w:t>2. Enterprise code:</w:t>
      </w:r>
      <w:r w:rsidRPr="00837579">
        <w:rPr>
          <w:rFonts w:ascii="Times New Roman" w:hAnsi="Times New Roman" w:cs="Times New Roman"/>
        </w:rPr>
        <w:t xml:space="preserve"> 2700186378</w:t>
      </w:r>
    </w:p>
    <w:p w14:paraId="301EAD11" w14:textId="00C5AA4F" w:rsidR="00642900" w:rsidRPr="00837579" w:rsidRDefault="00B87DE4" w:rsidP="00983F2F">
      <w:pPr>
        <w:spacing w:before="40" w:after="40"/>
        <w:jc w:val="both"/>
        <w:rPr>
          <w:rFonts w:ascii="Times New Roman" w:hAnsi="Times New Roman" w:cs="Times New Roman"/>
        </w:rPr>
      </w:pPr>
      <w:r w:rsidRPr="00837579">
        <w:rPr>
          <w:rFonts w:ascii="Times New Roman" w:hAnsi="Times New Roman" w:cs="Times New Roman"/>
          <w:b/>
          <w:bCs/>
        </w:rPr>
        <w:t>3. Headquarters address:</w:t>
      </w:r>
      <w:r w:rsidRPr="00837579">
        <w:rPr>
          <w:rFonts w:ascii="Times New Roman" w:hAnsi="Times New Roman" w:cs="Times New Roman"/>
        </w:rPr>
        <w:t xml:space="preserve"> </w:t>
      </w:r>
      <w:r w:rsidR="00341D67" w:rsidRPr="00837579">
        <w:rPr>
          <w:rFonts w:ascii="Times New Roman" w:hAnsi="Times New Roman" w:cs="Times New Roman"/>
        </w:rPr>
        <w:t xml:space="preserve">National Highway 1A, </w:t>
      </w:r>
      <w:r w:rsidRPr="00837579">
        <w:rPr>
          <w:rFonts w:ascii="Times New Roman" w:hAnsi="Times New Roman" w:cs="Times New Roman"/>
        </w:rPr>
        <w:t>Km 10</w:t>
      </w:r>
      <w:r w:rsidR="00341D67" w:rsidRPr="00837579">
        <w:rPr>
          <w:rFonts w:ascii="Times New Roman" w:hAnsi="Times New Roman" w:cs="Times New Roman"/>
        </w:rPr>
        <w:t xml:space="preserve"> Ninh Binh</w:t>
      </w:r>
      <w:r w:rsidRPr="00837579">
        <w:rPr>
          <w:rFonts w:ascii="Times New Roman" w:hAnsi="Times New Roman" w:cs="Times New Roman"/>
        </w:rPr>
        <w:t xml:space="preserve"> –</w:t>
      </w:r>
      <w:r w:rsidR="00341D67" w:rsidRPr="00837579">
        <w:rPr>
          <w:rFonts w:ascii="Times New Roman" w:hAnsi="Times New Roman" w:cs="Times New Roman"/>
        </w:rPr>
        <w:t xml:space="preserve"> Ha Noi, Gia Tran commune</w:t>
      </w:r>
      <w:r w:rsidRPr="00837579">
        <w:rPr>
          <w:rFonts w:ascii="Times New Roman" w:hAnsi="Times New Roman" w:cs="Times New Roman"/>
        </w:rPr>
        <w:t xml:space="preserve">, </w:t>
      </w:r>
      <w:r w:rsidR="00341D67" w:rsidRPr="00837579">
        <w:rPr>
          <w:rFonts w:ascii="Times New Roman" w:hAnsi="Times New Roman" w:cs="Times New Roman"/>
        </w:rPr>
        <w:t>Gia Vien district</w:t>
      </w:r>
      <w:r w:rsidRPr="00837579">
        <w:rPr>
          <w:rFonts w:ascii="Times New Roman" w:hAnsi="Times New Roman" w:cs="Times New Roman"/>
        </w:rPr>
        <w:t xml:space="preserve">, </w:t>
      </w:r>
      <w:r w:rsidR="00341D67" w:rsidRPr="00837579">
        <w:rPr>
          <w:rFonts w:ascii="Times New Roman" w:hAnsi="Times New Roman" w:cs="Times New Roman"/>
        </w:rPr>
        <w:t>Ninh Binh</w:t>
      </w:r>
      <w:r w:rsidRPr="00837579">
        <w:rPr>
          <w:rFonts w:ascii="Times New Roman" w:hAnsi="Times New Roman" w:cs="Times New Roman"/>
        </w:rPr>
        <w:t xml:space="preserve"> Province.</w:t>
      </w:r>
    </w:p>
    <w:p w14:paraId="6225A616" w14:textId="78EFCB83" w:rsidR="00642900" w:rsidRPr="00837579" w:rsidRDefault="00000000" w:rsidP="00983F2F">
      <w:pPr>
        <w:spacing w:before="40" w:after="40"/>
        <w:jc w:val="both"/>
        <w:rPr>
          <w:rFonts w:ascii="Times New Roman" w:hAnsi="Times New Roman" w:cs="Times New Roman"/>
        </w:rPr>
      </w:pPr>
      <w:r w:rsidRPr="00837579">
        <w:rPr>
          <w:rFonts w:ascii="Times New Roman" w:hAnsi="Times New Roman" w:cs="Times New Roman"/>
        </w:rPr>
        <w:t>Telephone: 02293.</w:t>
      </w:r>
      <w:r w:rsidR="00341D67" w:rsidRPr="00837579">
        <w:rPr>
          <w:rFonts w:ascii="Times New Roman" w:hAnsi="Times New Roman" w:cs="Times New Roman"/>
        </w:rPr>
        <w:t>868</w:t>
      </w:r>
      <w:r w:rsidRPr="00837579">
        <w:rPr>
          <w:rFonts w:ascii="Times New Roman" w:hAnsi="Times New Roman" w:cs="Times New Roman"/>
        </w:rPr>
        <w:t>.</w:t>
      </w:r>
      <w:r w:rsidR="00341D67" w:rsidRPr="00837579">
        <w:rPr>
          <w:rFonts w:ascii="Times New Roman" w:hAnsi="Times New Roman" w:cs="Times New Roman"/>
        </w:rPr>
        <w:t>231</w:t>
      </w:r>
      <w:r w:rsidRPr="00837579">
        <w:rPr>
          <w:rFonts w:ascii="Times New Roman" w:hAnsi="Times New Roman" w:cs="Times New Roman"/>
        </w:rPr>
        <w:t>; Fax: 024.</w:t>
      </w:r>
      <w:r w:rsidR="00341D67" w:rsidRPr="00837579">
        <w:rPr>
          <w:rFonts w:ascii="Times New Roman" w:hAnsi="Times New Roman" w:cs="Times New Roman"/>
        </w:rPr>
        <w:t>93868</w:t>
      </w:r>
      <w:r w:rsidRPr="00837579">
        <w:rPr>
          <w:rFonts w:ascii="Times New Roman" w:hAnsi="Times New Roman" w:cs="Times New Roman"/>
        </w:rPr>
        <w:t>.</w:t>
      </w:r>
      <w:r w:rsidR="00341D67" w:rsidRPr="00837579">
        <w:rPr>
          <w:rFonts w:ascii="Times New Roman" w:hAnsi="Times New Roman" w:cs="Times New Roman"/>
        </w:rPr>
        <w:t>231</w:t>
      </w:r>
      <w:r w:rsidRPr="00837579">
        <w:rPr>
          <w:rFonts w:ascii="Times New Roman" w:hAnsi="Times New Roman" w:cs="Times New Roman"/>
        </w:rPr>
        <w:t>; Email: info@</w:t>
      </w:r>
      <w:r w:rsidR="00341D67" w:rsidRPr="00837579">
        <w:rPr>
          <w:rFonts w:ascii="Times New Roman" w:hAnsi="Times New Roman" w:cs="Times New Roman"/>
        </w:rPr>
        <w:t>nibelgroup</w:t>
      </w:r>
      <w:r w:rsidRPr="00837579">
        <w:rPr>
          <w:rFonts w:ascii="Times New Roman" w:hAnsi="Times New Roman" w:cs="Times New Roman"/>
        </w:rPr>
        <w:t>.vn</w:t>
      </w:r>
    </w:p>
    <w:p w14:paraId="596195D9" w14:textId="40E0142F" w:rsidR="00642900" w:rsidRPr="00837579" w:rsidRDefault="00341D67" w:rsidP="00983F2F">
      <w:pPr>
        <w:spacing w:before="40" w:after="40"/>
        <w:jc w:val="both"/>
        <w:rPr>
          <w:rFonts w:ascii="Times New Roman" w:hAnsi="Times New Roman" w:cs="Times New Roman"/>
          <w:b/>
          <w:bCs/>
        </w:rPr>
      </w:pPr>
      <w:r w:rsidRPr="00837579">
        <w:rPr>
          <w:rFonts w:ascii="Times New Roman" w:hAnsi="Times New Roman" w:cs="Times New Roman"/>
          <w:b/>
          <w:bCs/>
        </w:rPr>
        <w:t>4. Full name of the legal representative of the enterprise:</w:t>
      </w:r>
    </w:p>
    <w:p w14:paraId="3B78F17D" w14:textId="0A937602" w:rsidR="00341D67" w:rsidRPr="00837579" w:rsidRDefault="00341D67" w:rsidP="00983F2F">
      <w:pPr>
        <w:spacing w:before="40" w:after="40"/>
        <w:jc w:val="both"/>
        <w:rPr>
          <w:rFonts w:ascii="Times New Roman" w:hAnsi="Times New Roman" w:cs="Times New Roman"/>
        </w:rPr>
      </w:pPr>
      <w:r w:rsidRPr="00837579">
        <w:rPr>
          <w:rFonts w:ascii="Times New Roman" w:hAnsi="Times New Roman" w:cs="Times New Roman"/>
        </w:rPr>
        <w:t xml:space="preserve">Full name: PHAN PHUONG NGUYEN; Sex: Male; </w:t>
      </w:r>
      <w:r w:rsidR="00983F2F">
        <w:rPr>
          <w:rFonts w:ascii="Times New Roman" w:hAnsi="Times New Roman" w:cs="Times New Roman"/>
        </w:rPr>
        <w:t>Born on</w:t>
      </w:r>
      <w:r w:rsidRPr="00837579">
        <w:rPr>
          <w:rFonts w:ascii="Times New Roman" w:hAnsi="Times New Roman" w:cs="Times New Roman"/>
        </w:rPr>
        <w:t xml:space="preserve"> November 04</w:t>
      </w:r>
      <w:r w:rsidRPr="00837579">
        <w:rPr>
          <w:rFonts w:ascii="Times New Roman" w:hAnsi="Times New Roman" w:cs="Times New Roman"/>
          <w:vertAlign w:val="superscript"/>
        </w:rPr>
        <w:t>th</w:t>
      </w:r>
      <w:r w:rsidRPr="00837579">
        <w:rPr>
          <w:rFonts w:ascii="Times New Roman" w:hAnsi="Times New Roman" w:cs="Times New Roman"/>
        </w:rPr>
        <w:t xml:space="preserve"> 1973;</w:t>
      </w:r>
    </w:p>
    <w:p w14:paraId="0FBE8957" w14:textId="59D7C6F8" w:rsidR="00642900" w:rsidRPr="00837579" w:rsidRDefault="00000000" w:rsidP="00983F2F">
      <w:pPr>
        <w:spacing w:before="40" w:after="40"/>
        <w:jc w:val="both"/>
        <w:rPr>
          <w:rFonts w:ascii="Times New Roman" w:hAnsi="Times New Roman" w:cs="Times New Roman"/>
        </w:rPr>
      </w:pPr>
      <w:r w:rsidRPr="00837579">
        <w:rPr>
          <w:rFonts w:ascii="Times New Roman" w:hAnsi="Times New Roman" w:cs="Times New Roman"/>
        </w:rPr>
        <w:t>Position: General Director</w:t>
      </w:r>
    </w:p>
    <w:p w14:paraId="1BA78A7A" w14:textId="2A1AB40B" w:rsidR="00642900" w:rsidRPr="00837579" w:rsidRDefault="00341D67" w:rsidP="00983F2F">
      <w:pPr>
        <w:spacing w:before="40" w:after="40"/>
        <w:jc w:val="both"/>
        <w:rPr>
          <w:rFonts w:ascii="Times New Roman" w:hAnsi="Times New Roman" w:cs="Times New Roman"/>
        </w:rPr>
      </w:pPr>
      <w:r w:rsidRPr="00837579">
        <w:rPr>
          <w:rFonts w:ascii="Times New Roman" w:hAnsi="Times New Roman" w:cs="Times New Roman"/>
        </w:rPr>
        <w:t>Citizen Identity Card No.: 044073000009</w:t>
      </w:r>
    </w:p>
    <w:p w14:paraId="6CDC841D" w14:textId="7AA5D369" w:rsidR="00642900" w:rsidRPr="00837579" w:rsidRDefault="00000000" w:rsidP="00983F2F">
      <w:pPr>
        <w:spacing w:before="40" w:after="40"/>
        <w:jc w:val="both"/>
        <w:rPr>
          <w:rFonts w:ascii="Times New Roman" w:hAnsi="Times New Roman" w:cs="Times New Roman"/>
        </w:rPr>
      </w:pPr>
      <w:r w:rsidRPr="00837579">
        <w:rPr>
          <w:rFonts w:ascii="Times New Roman" w:hAnsi="Times New Roman" w:cs="Times New Roman"/>
        </w:rPr>
        <w:t xml:space="preserve">Date of issue: </w:t>
      </w:r>
      <w:r w:rsidR="00341D67" w:rsidRPr="00837579">
        <w:rPr>
          <w:rFonts w:ascii="Times New Roman" w:hAnsi="Times New Roman" w:cs="Times New Roman"/>
        </w:rPr>
        <w:t>04/02/2022;</w:t>
      </w:r>
      <w:r w:rsidRPr="00837579">
        <w:rPr>
          <w:rFonts w:ascii="Times New Roman" w:hAnsi="Times New Roman" w:cs="Times New Roman"/>
        </w:rPr>
        <w:t xml:space="preserve"> Place of issue: </w:t>
      </w:r>
      <w:r w:rsidR="00341D67" w:rsidRPr="00837579">
        <w:rPr>
          <w:rFonts w:ascii="Times New Roman" w:hAnsi="Times New Roman" w:cs="Times New Roman"/>
        </w:rPr>
        <w:t>The police department on administrative management of social order</w:t>
      </w:r>
    </w:p>
    <w:p w14:paraId="66FA13F7" w14:textId="41CA09D8" w:rsidR="00642900" w:rsidRPr="00837579" w:rsidRDefault="00837579" w:rsidP="00983F2F">
      <w:pPr>
        <w:spacing w:before="40" w:after="40"/>
        <w:jc w:val="both"/>
        <w:rPr>
          <w:rFonts w:ascii="Times New Roman" w:hAnsi="Times New Roman" w:cs="Times New Roman"/>
          <w:b/>
          <w:bCs/>
        </w:rPr>
      </w:pPr>
      <w:r w:rsidRPr="00837579">
        <w:rPr>
          <w:rFonts w:ascii="Times New Roman" w:hAnsi="Times New Roman" w:cs="Times New Roman"/>
          <w:b/>
          <w:bCs/>
        </w:rPr>
        <w:t>5. License validity period</w:t>
      </w:r>
    </w:p>
    <w:p w14:paraId="22DCDD99" w14:textId="49695AB9" w:rsidR="00642900" w:rsidRPr="00837579" w:rsidRDefault="00000000" w:rsidP="00983F2F">
      <w:pPr>
        <w:spacing w:before="40" w:after="40"/>
        <w:jc w:val="both"/>
        <w:rPr>
          <w:rFonts w:ascii="Times New Roman" w:hAnsi="Times New Roman" w:cs="Times New Roman"/>
        </w:rPr>
      </w:pPr>
      <w:r w:rsidRPr="00837579">
        <w:rPr>
          <w:rFonts w:ascii="Times New Roman" w:hAnsi="Times New Roman" w:cs="Times New Roman"/>
        </w:rPr>
        <w:t xml:space="preserve">This license is </w:t>
      </w:r>
      <w:r w:rsidR="00983F2F">
        <w:rPr>
          <w:rFonts w:ascii="Times New Roman" w:hAnsi="Times New Roman" w:cs="Times New Roman"/>
        </w:rPr>
        <w:t>effective</w:t>
      </w:r>
      <w:r w:rsidRPr="00837579">
        <w:rPr>
          <w:rFonts w:ascii="Times New Roman" w:hAnsi="Times New Roman" w:cs="Times New Roman"/>
        </w:rPr>
        <w:t xml:space="preserve"> from </w:t>
      </w:r>
      <w:r w:rsidR="00837579" w:rsidRPr="00837579">
        <w:rPr>
          <w:rFonts w:ascii="Times New Roman" w:hAnsi="Times New Roman" w:cs="Times New Roman"/>
        </w:rPr>
        <w:t>March</w:t>
      </w:r>
      <w:r w:rsidRPr="00837579">
        <w:rPr>
          <w:rFonts w:ascii="Times New Roman" w:hAnsi="Times New Roman" w:cs="Times New Roman"/>
        </w:rPr>
        <w:t xml:space="preserve"> 15</w:t>
      </w:r>
      <w:r w:rsidR="00837579" w:rsidRPr="00837579">
        <w:rPr>
          <w:rFonts w:ascii="Times New Roman" w:hAnsi="Times New Roman" w:cs="Times New Roman"/>
          <w:vertAlign w:val="superscript"/>
        </w:rPr>
        <w:t>th</w:t>
      </w:r>
      <w:r w:rsidRPr="00837579">
        <w:rPr>
          <w:rFonts w:ascii="Times New Roman" w:hAnsi="Times New Roman" w:cs="Times New Roman"/>
        </w:rPr>
        <w:t xml:space="preserve">, 2024 </w:t>
      </w:r>
      <w:r w:rsidR="00837579" w:rsidRPr="00837579">
        <w:rPr>
          <w:rFonts w:ascii="Times New Roman" w:hAnsi="Times New Roman" w:cs="Times New Roman"/>
        </w:rPr>
        <w:t xml:space="preserve">and </w:t>
      </w:r>
      <w:r w:rsidR="00983F2F">
        <w:rPr>
          <w:rFonts w:ascii="Times New Roman" w:hAnsi="Times New Roman" w:cs="Times New Roman"/>
        </w:rPr>
        <w:t>is valid</w:t>
      </w:r>
      <w:r w:rsidR="00837579" w:rsidRPr="00837579">
        <w:rPr>
          <w:rFonts w:ascii="Times New Roman" w:hAnsi="Times New Roman" w:cs="Times New Roman"/>
        </w:rPr>
        <w:t xml:space="preserve"> </w:t>
      </w:r>
      <w:r w:rsidR="00983F2F">
        <w:rPr>
          <w:rFonts w:ascii="Times New Roman" w:hAnsi="Times New Roman" w:cs="Times New Roman"/>
        </w:rPr>
        <w:t xml:space="preserve">for </w:t>
      </w:r>
      <w:r w:rsidR="00837579" w:rsidRPr="00837579">
        <w:rPr>
          <w:rFonts w:ascii="Times New Roman" w:hAnsi="Times New Roman" w:cs="Times New Roman"/>
        </w:rPr>
        <w:t xml:space="preserve">40 months 00 </w:t>
      </w:r>
      <w:proofErr w:type="gramStart"/>
      <w:r w:rsidR="00837579" w:rsidRPr="00837579">
        <w:rPr>
          <w:rFonts w:ascii="Times New Roman" w:hAnsi="Times New Roman" w:cs="Times New Roman"/>
        </w:rPr>
        <w:t>days .</w:t>
      </w:r>
      <w:proofErr w:type="gramEnd"/>
      <w:r w:rsidR="00837579" w:rsidRPr="00837579">
        <w:rPr>
          <w:rFonts w:ascii="Times New Roman" w:hAnsi="Times New Roman" w:cs="Times New Roman"/>
        </w:rPr>
        <w:t>/</w:t>
      </w:r>
      <w:r w:rsidRPr="00837579">
        <w:rPr>
          <w:rFonts w:ascii="Times New Roman" w:hAnsi="Times New Roman" w:cs="Times New Roman"/>
        </w:rPr>
        <w:t>.</w:t>
      </w:r>
    </w:p>
    <w:p w14:paraId="0E2DFB85" w14:textId="77777777" w:rsidR="00642900" w:rsidRPr="00837579" w:rsidRDefault="00642900" w:rsidP="00983F2F">
      <w:pPr>
        <w:spacing w:before="40" w:after="4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8"/>
        <w:gridCol w:w="5058"/>
      </w:tblGrid>
      <w:tr w:rsidR="00837579" w:rsidRPr="00837579" w14:paraId="75657A1C" w14:textId="77777777" w:rsidTr="00983F2F">
        <w:trPr>
          <w:trHeight w:val="710"/>
        </w:trPr>
        <w:tc>
          <w:tcPr>
            <w:tcW w:w="3798" w:type="dxa"/>
          </w:tcPr>
          <w:p w14:paraId="02207D73" w14:textId="4B2E814B" w:rsidR="00837579" w:rsidRPr="00983F2F" w:rsidRDefault="00837579" w:rsidP="00983F2F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983F2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Recipient</w:t>
            </w:r>
          </w:p>
          <w:p w14:paraId="33794F0A" w14:textId="3FBF296A" w:rsidR="00837579" w:rsidRPr="00983F2F" w:rsidRDefault="00837579" w:rsidP="00983F2F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F2F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983F2F" w:rsidRPr="00983F2F">
              <w:rPr>
                <w:rFonts w:ascii="Times New Roman" w:hAnsi="Times New Roman" w:cs="Times New Roman"/>
                <w:sz w:val="20"/>
                <w:szCs w:val="20"/>
              </w:rPr>
              <w:t>International manpower and construction joint stock company</w:t>
            </w:r>
            <w:r w:rsidRPr="00983F2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4FD9F732" w14:textId="55820634" w:rsidR="00837579" w:rsidRPr="00983F2F" w:rsidRDefault="00837579" w:rsidP="00983F2F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F2F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983F2F" w:rsidRPr="00983F2F">
              <w:rPr>
                <w:rFonts w:ascii="Times New Roman" w:hAnsi="Times New Roman" w:cs="Times New Roman"/>
                <w:sz w:val="20"/>
                <w:szCs w:val="20"/>
              </w:rPr>
              <w:t>Ministry of Labor, War Invalids and Social Affairs</w:t>
            </w:r>
            <w:r w:rsidRPr="00983F2F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77ED0B5B" w14:textId="1E8154FD" w:rsidR="00837579" w:rsidRPr="00983F2F" w:rsidRDefault="00837579" w:rsidP="00983F2F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3F2F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983F2F" w:rsidRPr="00983F2F">
              <w:rPr>
                <w:rFonts w:ascii="Times New Roman" w:hAnsi="Times New Roman" w:cs="Times New Roman"/>
                <w:sz w:val="20"/>
                <w:szCs w:val="20"/>
              </w:rPr>
              <w:t>Department of Labor, War Invalids and Social Affairs;</w:t>
            </w:r>
          </w:p>
          <w:p w14:paraId="09EB1F24" w14:textId="1571E368" w:rsidR="00837579" w:rsidRPr="00837579" w:rsidRDefault="00837579" w:rsidP="00983F2F">
            <w:pPr>
              <w:spacing w:before="40" w:after="40" w:line="276" w:lineRule="auto"/>
              <w:jc w:val="both"/>
              <w:rPr>
                <w:rFonts w:ascii="Times New Roman" w:hAnsi="Times New Roman" w:cs="Times New Roman"/>
              </w:rPr>
            </w:pPr>
            <w:r w:rsidRPr="00983F2F">
              <w:rPr>
                <w:rFonts w:ascii="Times New Roman" w:hAnsi="Times New Roman" w:cs="Times New Roman"/>
                <w:sz w:val="20"/>
                <w:szCs w:val="20"/>
              </w:rPr>
              <w:t xml:space="preserve">- Archives: VT, </w:t>
            </w:r>
            <w:r w:rsidR="00983F2F" w:rsidRPr="00983F2F">
              <w:rPr>
                <w:rFonts w:ascii="Times New Roman" w:hAnsi="Times New Roman" w:cs="Times New Roman"/>
                <w:sz w:val="20"/>
                <w:szCs w:val="20"/>
              </w:rPr>
              <w:t>Vp6</w:t>
            </w:r>
          </w:p>
        </w:tc>
        <w:tc>
          <w:tcPr>
            <w:tcW w:w="5058" w:type="dxa"/>
          </w:tcPr>
          <w:p w14:paraId="70CF1B79" w14:textId="77777777" w:rsidR="00837579" w:rsidRPr="00837579" w:rsidRDefault="00837579" w:rsidP="00983F2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7579">
              <w:rPr>
                <w:rFonts w:ascii="Times New Roman" w:hAnsi="Times New Roman" w:cs="Times New Roman"/>
                <w:b/>
                <w:bCs/>
              </w:rPr>
              <w:t>PP. CHAIRMAN</w:t>
            </w:r>
          </w:p>
          <w:p w14:paraId="1A378DAA" w14:textId="77777777" w:rsidR="00837579" w:rsidRPr="00837579" w:rsidRDefault="00837579" w:rsidP="00983F2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7579">
              <w:rPr>
                <w:rFonts w:ascii="Times New Roman" w:hAnsi="Times New Roman" w:cs="Times New Roman"/>
                <w:b/>
                <w:bCs/>
              </w:rPr>
              <w:t>DEPUTY CHAIRMAN</w:t>
            </w:r>
          </w:p>
          <w:p w14:paraId="185B7B05" w14:textId="77777777" w:rsidR="00837579" w:rsidRPr="00837579" w:rsidRDefault="00837579" w:rsidP="00983F2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608F1C4D" w14:textId="77777777" w:rsidR="00837579" w:rsidRPr="00837579" w:rsidRDefault="00837579" w:rsidP="00983F2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F6B758F" w14:textId="77777777" w:rsidR="00837579" w:rsidRDefault="00837579" w:rsidP="00983F2F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71D61762" w14:textId="77777777" w:rsidR="00983F2F" w:rsidRPr="00837579" w:rsidRDefault="00983F2F" w:rsidP="00983F2F">
            <w:pPr>
              <w:spacing w:before="40" w:after="40" w:line="276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155D8A8" w14:textId="3BE1BC02" w:rsidR="00837579" w:rsidRPr="00837579" w:rsidRDefault="00837579" w:rsidP="00983F2F">
            <w:pPr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7579">
              <w:rPr>
                <w:rFonts w:ascii="Times New Roman" w:hAnsi="Times New Roman" w:cs="Times New Roman"/>
                <w:b/>
                <w:bCs/>
              </w:rPr>
              <w:t>Tong Quang Thin</w:t>
            </w:r>
          </w:p>
        </w:tc>
      </w:tr>
    </w:tbl>
    <w:p w14:paraId="246256CB" w14:textId="5DF6696C" w:rsidR="00642900" w:rsidRPr="00837579" w:rsidRDefault="00642900" w:rsidP="00983F2F">
      <w:pPr>
        <w:spacing w:before="40" w:after="40"/>
        <w:rPr>
          <w:rFonts w:ascii="Times New Roman" w:hAnsi="Times New Roman" w:cs="Times New Roman"/>
        </w:rPr>
      </w:pPr>
    </w:p>
    <w:sectPr w:rsidR="00642900" w:rsidRPr="0083757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58335155">
    <w:abstractNumId w:val="8"/>
  </w:num>
  <w:num w:numId="2" w16cid:durableId="378483401">
    <w:abstractNumId w:val="6"/>
  </w:num>
  <w:num w:numId="3" w16cid:durableId="2129229097">
    <w:abstractNumId w:val="5"/>
  </w:num>
  <w:num w:numId="4" w16cid:durableId="418059213">
    <w:abstractNumId w:val="4"/>
  </w:num>
  <w:num w:numId="5" w16cid:durableId="1045175361">
    <w:abstractNumId w:val="7"/>
  </w:num>
  <w:num w:numId="6" w16cid:durableId="1122841722">
    <w:abstractNumId w:val="3"/>
  </w:num>
  <w:num w:numId="7" w16cid:durableId="1639341135">
    <w:abstractNumId w:val="2"/>
  </w:num>
  <w:num w:numId="8" w16cid:durableId="2110200047">
    <w:abstractNumId w:val="1"/>
  </w:num>
  <w:num w:numId="9" w16cid:durableId="326909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41D67"/>
    <w:rsid w:val="00423052"/>
    <w:rsid w:val="004C2EEC"/>
    <w:rsid w:val="004F207F"/>
    <w:rsid w:val="005853DF"/>
    <w:rsid w:val="00642900"/>
    <w:rsid w:val="006D6576"/>
    <w:rsid w:val="007D53D8"/>
    <w:rsid w:val="00837579"/>
    <w:rsid w:val="00983F2F"/>
    <w:rsid w:val="00AA1D8D"/>
    <w:rsid w:val="00B47730"/>
    <w:rsid w:val="00B87DE4"/>
    <w:rsid w:val="00CB0664"/>
    <w:rsid w:val="00E5083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E5649B"/>
  <w14:defaultImageDpi w14:val="300"/>
  <w15:docId w15:val="{4D2B4FDC-177F-4302-B501-31CE85DEB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Trung tâm DVVL Hà Tĩnh</cp:lastModifiedBy>
  <cp:revision>4</cp:revision>
  <dcterms:created xsi:type="dcterms:W3CDTF">2013-12-23T23:15:00Z</dcterms:created>
  <dcterms:modified xsi:type="dcterms:W3CDTF">2025-07-04T08:11:00Z</dcterms:modified>
  <cp:category/>
</cp:coreProperties>
</file>